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אוסף 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צמחים, ציפורים ותופעת מזג אוויר שמבשרים את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מאפיינים דומים של צמחים כמו סתוונית וכרכום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מידע וכתיבה קצרה על נושא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חצב מצוי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נחליאלי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החצב מופיע ברשימת צמחי הבר המוגנים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הנרקיס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היצור או התופעה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(פורח בלי עלים ומכריז שהקיץ נגמר)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(עלים בצורת לב, פריחה בחורף ובאביב)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(ציפור גדולה שנודדת מאירופה לאפריקה)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סדר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המצוי מתחיל לפרוח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 היורה - הגשם הראשון של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הסתוונית פורחת עם הגשם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המתארת נכון אחד ממבשרי הסתיו שבדף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כגון חצב/סתוונית/רקפת/נרקיס וגם נחליאלי/חסידה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היורה הוא הגשם הראשון בסתיו, המלקוש הוא הגשם האחרון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נדירים וחשוב לשמור עליהם לפי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הצמחים והציפורים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תיאורי הצמחים בקול לפני מילוי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הדף לשתי פעילויות קצרות אם הזמן בכיתה מוגבל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אוסף 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בסתיו הטבע שולח לנו סימנים מיוחדים - צמחים שפורחים, ציפורים שמגיעות או עוזבות, וגשם ראשון שמרטיב את האדמה. בדף הזה נכיר את מבשרי הסתיו השונים ונלמד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חצב  ·  יורה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צמח פורח בלי עלים כלל ומכריז שהקיץ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חצב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רקפת מצויה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נרקיס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ציפור מנענעת את הזנב בלי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דרור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המצוי מסומן כצמח מוגן.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לנרקיס המצוי יש ריח חזק ומתוק.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בין היצור או התופעה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ציפור גדולה שנודדת מאירופה לאפריקה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פורח בלי עלים ומכריז שהקיץ נגמר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חסידה לבנה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עלים בצורת לב, פריחה בחורף ובאביב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הצמח שפורח בלי עלים כלל ומכריז על סוף הקיץ נקרא __________ מצוי.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הגשם הראשון של השנה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לפי סדר 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 היורה - הגשם הראשון של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הסתוונית פורחת עם הגשם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המצוי מתחיל לפרוח בקיץ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מבשר סתיו אחד (צמח, ציפור או תופעת מזג אוויר) וכתבו שני משפטים על הסימנים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צמח אחד ושם של ציפור אחת שהם מבשרי סתיו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אוסף מבשרי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