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אוסף מבשרי הסתיו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צמחים, ציפורים ותופעת מזג אוויר שמבשרים את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מאפיינים דומים של צמחים כמו סתוונית וכרכום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של מידע וכתיבה קצרה על נושא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חצב מצוי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נחליאלי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מאירופה לאפריקה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הרקפת פורחת בחורף ובאביב, העלים שלה מופיעים בסתיו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החצב מופיע ברשימת צמחי הבר המוגנים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הנרקיס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היורה הוא הגשם הראשון, המלקוש הוא האחרון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היצור או התופעה למאפיין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(פורח בלי עלים ומכריז שהקיץ נגמר)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(פרחים ורודים-סגולים שעולים מהאדמה בלי 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(פרח עם 3 אבקנים ועלים עם פס לבן)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(עלים בצורת לב, פריחה בחורף ובאביב)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(ציפור גדולה שנודדת מאירופה לאפריקה)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כרכום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חסידות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סדר העונה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החצב המצוי מתחיל לפרוח בקיץ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להקות של חסידות לבנות עוברות מעל ישראל בנדידת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מגיע היורה - הגשם הראשון של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הסתוונית פורחת עם הגשם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עלי הרקפת המצויה מופיעים אחרי הגשמים הראשונים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לכרכום 3 אבקנים ועלים עם פס לבן, לסתוונית 6 אבקנים ואין לה את הפס הלבן בעלים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המתארת נכון אחד ממבשרי הסתיו שבדף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 כגון חצב/סתוונית/רקפת/נרקיס וגם נחליאלי/חסידה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היורה הוא הגשם הראשון בסתיו, המלקוש הוא הגשם האחרון באביב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הם נדירים וחשוב לשמור עליהם לפי החוק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הצמחים והציפורים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תיאורי הצמחים בקול לפני מילוי התרגילים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הדף לשתי פעילויות קצרות אם הזמן בכיתה מוגבל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אוסף מבשרי הסתיו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בעונת הסתיו יש צמחים, ציפורים וגשם מיוחד שאומרים לנו: הסתיו הגיע! בדף הזה נלמד להכיר אותם.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מבשר סתיו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שמראה שהסתיו מגיע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פקעת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של הצמח מתחת לאדמה ששומר מזון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ציפור נודדת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שעוברת ממקום למקום לפי העונה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מזיק לבריאות אם אוכלים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צמח מוגן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שאסור לקטוף אותו כי הוא נדיר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הראשון של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האחרון באביב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אבקנים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בפרח שיוצר אבקה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צמח פורח בלי עלים ומבשר שהקיץ נגמר?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חצב מצוי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רקפת מצויה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נרקיס מצוי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אבקנים יש לכרכום?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ציפור קטנה מזיזה כל הזמן את הזנב?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חסידה 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נחליאלי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דרור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לאיזה כיוון נודדות החסידות בסתיו?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מאפריקה לאירופה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מאירופה לאפריקה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מאסיה לאפריקה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מאירופה לאסיה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שם הגשם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מלקוש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חמסין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הרקפת המצויה פורחת בקיץ.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המצוי מסומן כצמח מוגן.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לנרקיס המצוי יש ריח חזק ומתוק.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היורה הוא שם הגשם האחרון שיורד באביב.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בין היצור או התופעה למאפיין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חצב מצוי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פרחים ורודים-סגולים שעולים מהאדמה בלי 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סתוונית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עלים בצורת לב, פריחה בחורף ובאביב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כרכום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פורח בלי עלים ומכריז שהקיץ נגמר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רקפת מצויה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ציפור גדולה שנודדת מאירופה לאפריקה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חסידה לבנה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פרח עם 3 אבקנים ועלים עם פס לבן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הצמח שפורח בלי עלים כלל ומכריז על סוף הקיץ נקרא __________ מצוי.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הגשם הראשון של השנה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ל__________ יש 3 אבקנים ועלים עם פס לבן באמצע.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הן ציפורים גדולות שנודדות בסתיו מאירופה לאפריקה מעל ישראל.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לפי סדר העונה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 היורה - הגשם הראשון של 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המצוי מתחיל לפרוח בקיץ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 הרקפת המצויה מופיעים אחרי הגשמים הראשונים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להקות של חסידות לבנות עוברות מעל ישראל בנדידת הסתיו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הסתוונית פורחת עם הגשם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הבדלים בין הסתוונית לכרכום.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מבשר סתיו אחד (צמח, ציפור או תופעת מזג אוויר) וכתבו שני משפטים על הסימנים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צמח אחד ושם של ציפור אחת שהם מבשרי סתיו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היורה למלקוש?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אסור לקטוף צמחים מוגנים כמו חצב או רקפת?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אוסף מבשרי הסתיו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