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צמחים, ציפורים ותופעת מזג אוויר שמבשרים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מאפיינים דומים של צמחים כמו סתוונית וכרכום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מידע וכתיבה קצרה על נושא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חצב מצוי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מאירופה לאפריקה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הרקפת פורחת בחורף ובאביב, העלים שלה מופיעים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החצב מופיע ברשימת צמחי הבר המוגנים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הנרקיס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היורה הוא הגשם הראשון, המלקוש הוא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היצור או התופעה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(פורח בלי עלים ומכריז שהקיץ נגמר)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(פרחים ורודים-סגולים שעולים מהאדמה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(פרח עם 3 אבקנים ועלים עם פס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(עלים בצורת לב, פריחה בחורף ובאביב)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(ציפור גדולה שנודדת מאירופה לאפריקה)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חסידות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סדר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המצוי מתחיל לפרוח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להקות של חסידות לבנות עוברות מעל ישראל בנדידת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 היורה - הגשם הראשון של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הסתוונית פורחת עם הגשם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 הרקפת המצויה מופיעים אחרי הגשמים הראשונים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לכרכום 3 אבקנים ועלים עם פס לבן, לסתוונית 6 אבקנים ואין לה את הפס הלבן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נכון אחד ממבשרי הסתיו שבדף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כגון חצב/סתוונית/רקפת/נרקיס וגם נחליאלי/חסידה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היורה הוא הגשם הראשון בסתיו, המלקוש הוא הגשם האחרון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נדירים וחשוב לשמור עליהם לפי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הצמחים והציפורים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תיאורי הצמחים בקול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לשתי פעילויות קצרות אם הזמן בכיתה מוגבל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אוסף 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הטבע שולח לנו סימנים מיוחדים - צמחים שפורחים, ציפורים שמגיעות או עוזבות, וגשם ראשון שמרטיב את האדמה. בדף הזה נכיר את מבשרי הסתיו השונים ונלמד להבדיל ביניהם.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צמח פורח בלי עלים כלל ומכריז שהקיץ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חצב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רקפת מצויה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נרקיס מצוי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אבקנים יש לפרח הכרכום?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מנענעת את הזנב בלי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מהיכן ולאן נודדות החסידות הלבנות בסתיו מעל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מאפריקה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מאירופה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מאסיה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מאירופה לאסיה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הגשם הראשון של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הרקפת המצויה פורחת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המצוי מסומן כצמח מוגן.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לנרקיס המצוי יש ריח חזק ומתוק.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היורה הוא שם הגשם האחרון שיורד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היצור או התופעה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 מצוי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 עם 3 אבקנים ועלים עם פס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 גדולה שנודדת מאירופה לאפריקה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עלים בצורת לב, פריחה בחורף ובאביב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רקפת מצויה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פרחים ורודים-סגולים שעולים מהאדמה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 לבנה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פורח בלי עלים ומכריז שהקיץ נגמר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הצמח שפורח בלי עלים כלל ומכריז על סוף הקיץ נקרא __________ מצוי.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השנה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ל__________ יש 3 אבקנים ועלים עם פס לבן באמצע.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הן ציפורים גדולות שנודדות בסתיו מאירופה לאפריקה מעל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סדר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הסתוונית פורחת עם הגשם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המצוי מתחיל לפרוח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 הרקפת המצויה מופיעים אחרי הגשמים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 היורה - הגשם הראשון של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להקות של חסידות לבנות עוברות מעל ישראל בנדידת הסתיו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הבדלים בין הסתוונית לכרכום.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מבשר סתיו אחד (צמח, ציפור או תופעת מזג אוויר) וכתבו שני משפטים על הסימנים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צמח אחד ושם של ציפור אחת שהם מבשרי סתיו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היורה למלקוש?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לקטוף צמחים מוגנים כמו חצב או רקפת?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אוסף 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